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הטיעון: דעה, נימוקים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שכנוע וקישור בטקסט טיעוני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טיעון קצר ומשכנע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לשכנע מישהו בדעה מסוימת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הסבר שתומך בדעה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סיכום שחוזר על הדעה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בלי דעה אין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נימוקים הם חלק חשוב מהטיעון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עוזרות להבין את הקשר בין המשפטים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שאני חושב על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(הסבר שתומך בדעה)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(מחברת בין משפטים)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(חוזר על הדעה בסוף)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לחשוב על הנושא ולגבש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לכתוב את הדעה בפתיחה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להוסיף נימוקים שתומכים בדעה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לקשר בין הנימוקים במילות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כותב/ת דעה ברורה, לפחות שני נימוקים הגיוניים, שימוש במילת קישור אחת לפחות, וסיכום שחוזר על הדעה.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דעה, נימוקים,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כי, לכן, בנוסף, מצד 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נימוקים עוזרים לשכנע את הקורא ולא רק להביע דעה בלי 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המצגת בכיתה ולעצור אחרי כל שקופית לדיון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דוגמה משותפת לכל הכיתה לפני העבודה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בזיהוי דעה ונימוק אחד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נתרגל איך כותבים טיעון משכנע, בעזרת מגפון - הרמקול הקטן עם הקול הגדול שמלמד אותנו לשכנע בחוכמה.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דעה  ·  נימוקים  ·  כי  ·  סיכום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לספר סיפור מצחיק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לשכנע מישהו בדעה מסוימת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לתאר מקום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שאלה פתוחה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הסבר שתומך בדעה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בא בדרך כלל בסוף טיעון 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בדיחה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סיכום שחוזר על הדעה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שאלה חדשה לגמרי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טיעון טוב חייב לכלול דעה ברורה.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לכתוב טיעון בלי שום נימוק.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מילות קישור עוזרות לחבר בין רעיונות בטיעון.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כשאני כותב/ת טיעון אני קודם כותב/ת את ה__________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אחרי הדעה אני מוסיף/ה __________ שמסבירים למה אני חושב/ת ככה.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מילת הקישור __________ מתאימה כדי להתחיל נימוק.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בסוף הטיעון אני כותב/ת __________ קצר שחוזר על הדעה.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דעה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חוזר על הדעה 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מחברת בין משפטים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הסבר שתומך בדעה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מה שאני חושב על הנושא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לקשר בין הנימוקים במילות 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להוסיף נימוקים שתומכים בדעה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לחשוב על הנושא ולגבש דעה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לכתוב את הדעה בפתיחה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נושא שמעניין אתכם (למשל: כדאי שיהיה יותר זמן הפסקה בבית הספר) וכתבו טיעון קצר עם דעה, שני נימוקים וסיכום.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שלושת החלקים העיקריים של 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למילת קישור שמשמשת בטיעון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טיעון – משכנעים בחוכמה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