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טיעון –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הטיעון: דעה, נימוקים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שכנוע וקישור בטקסט טיעוני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טיעון קצר ומשכנע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לשכנע מישהו בדעה מסוימת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הסבר שתומך בדעה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מגפון, הרמקול הקטן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סיכום שחוזר על הדעה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אני חושב/ת ש...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לפחות שניים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בלי דעה אין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נימוקים הם חלק חשוב מהטיעון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עוזרות להבין את הקשר בין המשפטים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המטרה היא לשכנע, לא לבלבל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כי היא מילת קישור נפוצה לנימוק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מחזק את ההודעה לקורא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קהל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שאני חושב על הנושא)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(הסבר שתומך בדעה)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(מחברת בין משפטים)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(חוזר על הדעה בסוף)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 שאני רוצה לשכנע)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על הנושא ולגבש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את הדעה בפתיחה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להוסיף נימוקים שתומכים בדעה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לקשר בין הנימוקים במילות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לסכם ולחזור על הדעה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דעה ברורה, לפחות שני נימוקים הגיוניים, שימוש במילת קישור אחת לפחות, וסיכום שחוזר על הדעה.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הגיוני שמשתמש נכון במילה לכן לחיבור בין נימוק למסקנה.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דעה, נימוקים,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כי, לכן, בנוסף, מצד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נימוקים עוזרים לשכנע את הקורא ולא רק להביע דעה בלי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המצגת בכיתה ולעצור אחרי כל שקופית לדיון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דוגמה משותפת לכל הכיתה לפני העבודה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בזיהוי דעה ונימוק אחד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טיעון –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לכתוב דעה ולהסביר למה חושבים ככה. מגפון יעזור 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שבה אומרים דעה ומסבירים למה חושבים ככה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שאני חושב או מרגיש על נושא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שתומך בדעה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שכנוע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לגרום למישהו אחר להסכים איתי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שמחברות בין משפטים כמו לכן, כי, בנוסף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אחרון שחוזר על הדעה בצורה ברורה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קהל יעד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שאני מנסה לשכנע בטיעון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אנחנו כותבים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מישהו בדעה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מקום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מכתב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הסבר שתומך בדעה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הדמות שמלמדת אותנו?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ציפור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מגפון, הרמקול הקטן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 בשם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בסוף הטיעון?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סיכום שחוזר על הדעה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חדשה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מתחילים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היה היה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חושב/ת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פתאום קרה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סיבות טוב לתת?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לפחות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חצי נימוק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טיעון טוב חייב לכלול דעה ברורה.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טיעון בלי שום נימוק.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קישור עוזרות לחבר בין רעיונות בטיעון.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הטיעון היא לבלבל את הקורא.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להתחיל נימוק במילה כי.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בסיכום הטיעון כדאי לחזור על הדעה המרכזית.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כשאני כותב/ת טיעון אני קודם כותב/ת את ה__________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הדעה אני מוסיף/ה __________ שמסבירים למה אני חושב/ת ככה.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מילת הקישור __________ מתאימה כדי להתחיל נימוק.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הטיעון אני כותב/ת __________ קצר שחוזר על הדעה.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מטרת הטיעון היא ל__________ את הקורא בדעה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הם האנשים שאני רוצה לשכנע.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מחברת בין משפטים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חוזר על הדעה בסוף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מילת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שאני רוצה לשכנע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שאני חושב על הנושא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קהל יעד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הסבר שתומך בדעה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הדעה בפתיחה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לסכם ולחזור על הדעה בסוף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לקשר בין הנימוקים במילות קישור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להוסיף נימוקים שתומכים בדעה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הנושא ולגבש 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שמעניין אתכם (למשל: כדאי שיהיה יותר זמן הפסקה בבית הספר) וכתבו טיעון קצר עם דעה, שני נימוקים וסיכום.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שבו אתם משתמשים במילת קישור 'לכן' כדי לחבר נימוק למסקנה.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החלקים העיקריים של 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למילת קישור שמשמשת בטיעון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לכתוב נימוקים ולא רק 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טיעון – משכנעים בחוכמה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