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הטיעון: דעה, נימוקים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שכנוע וקישור בטקסט טיעוני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טיעון קצר ומשכנע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לשכנע מישהו בדעה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הסבר שתומך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מגפון, הרמקול הקטן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סיכום שחוזר על הדעה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אני חושב/ת ש...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לפחות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בלי דעה אין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נימוקים הם חלק חשוב מהטיעון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עוזרות להבין את הקשר בין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המטרה היא לשכנע, לא לבלבל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היא מילת קישור נפוצה לנימוק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מחזק את ההודעה לקורא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שאני חושב 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שתומך בדעה)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(מחברת בין 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(חוזר על הדעה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 שאני רוצה לשכנע)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הנושא ולגבש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את הדעה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להוסיף נימוקים שתומכים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לקשר בין הנימוקים במילות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לסכם ולחזור על הדעה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דעה ברורה, לפחות שני נימוקים הגיוניים, שימוש במילת קישור אחת לפחות, וסיכום שחוזר על הדעה.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שמשתמש נכון במילה לכן לחיבור בין נימוק למסקנה.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דעה, נימוקים,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כי, לכן, בנוסף, מצד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נימוקים עוזרים לשכנע את הקורא ולא רק להביע דעה בלי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בכיתה ולעצור אחרי כל שקופית לדיון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משותפת לכל הכיתה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דעה ונימוק אחד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כותבים טיעון משכנע, בעזרת מגפון - הרמקול הקטן עם הקול הגדול שמלמד אותנו לשכנע בחוכמה.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מישהו בדעה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מקום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מכתב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הסבר שתומך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מלמד אותנו לשכנע בחוכמה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מגפון, הרמקול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בשם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בא בדרך כלל בסוף טיעון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 שחוזר על הדעה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חדשה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משפט מתאים כתחילת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היה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חושב/ת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פתאום קרה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נימוקים טוב לפחות לכלול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לפחות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חצי נימוק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טיעון טוב חייב לכלול דעה ברורה.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טיעון בלי שום נימוק.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עוזרות לחבר בין רעיונות בטיעון.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הטיעון היא לבלבל את הקורא.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להתחיל נימוק במילה כי.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בסיכום הטיעון כדאי לחזור על הדעה המרכזית.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כשאני כותב/ת טיעון אני קודם כותב/ת את ה__________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הדעה אני מוסיף/ה __________ שמסבירים למה אני חושב/ת ככה.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מילת הקישור __________ מתאימה כדי להתחיל נימוק.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הטיעון אני כותב/ת __________ קצר שחוזר על הדעה.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מטרת הטיעון היא ל__________ את הקורא בדעה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הם האנשים שאני רוצה לשכנע.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מחברת בין 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שאני רוצה לשכנע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שאני חושב על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שתומך בדעה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קהל יעד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חוזר על הדעה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ולחזור על הדעה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לקשר בין הנימוקים במילות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הנושא ולגבש 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נימוקים שתומכים בדעה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את הדעה בפתיחה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שמעניין אתכם (למשל: כדאי שיהיה יותר זמן הפסקה בבית הספר) וכתבו טיעון קצר עם דעה, שני נימוקים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אתם משתמשים במילת קישור 'לכן' כדי לחבר נימוק למסקנה.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העיקריים של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שמשמשת בטיעון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לכתוב נימוקים ולא רק 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טיעון –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